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3: כיסאות ומנורות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כיסאות ומנורות: במספרים 3–10: עם שם עצם בזכר – המספר מסתיים ב־ה: שלושה כיסאות, חמישה שולחנות.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3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עכשיו עידו כותב שלטי ספירה למחסן: כמה כיסאות, כמה מנורות, כמה שולחנות. כל מספר צריך להתאים לשם העצם שלו.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ו – שלושה   2) ג – שלוש   3) ב – חמישה   4) ז – חמש   5) א – שבעה   6) ח – שבע   7) ד – עשרה   8) ה – עשר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חמש מנורות (5)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שלטים לכיתה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🪑 משימה 3: כיסאות ומנורות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גררו לכל שלט את המספר המתאים במילים. כל מספר מתאים לשלט אחד בלבד.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במספרים 3–10: עם שם עצם בזכר – המספר מסתיים ב־ה: שלושה כיסאות, חמישה שולחנות. עם שם עצם בנקבה – בלי ה: שלוש מנורות, חמש עוגות. זה נראה "הפוך", אז זוכרים: זכר + ה׳! (8 – "שמונה" – זהה בשניהם.)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שבעה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מנורות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חמישה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שולחנות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שלוש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עוגות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עשרה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 שירים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עשר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 להקות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שלושה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חלונות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חמש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דלתות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ח. שבע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כיסאות (3)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חמישה מנורות (5)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עשרה חלונות (10)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שלטים לכיתה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4 שלטי ספירה לחפצים בכיתה (למשל: עשרים ושמונה כיסאות) – 2 בזכר ו־2 בנקבה.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3: כיסאות ומנורות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